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B28F5" w14:textId="77777777" w:rsidR="00912243" w:rsidRPr="002715BE" w:rsidRDefault="002F64D4">
      <w:pPr>
        <w:jc w:val="right"/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b/>
          <w:sz w:val="22"/>
        </w:rPr>
        <w:t>Załącznik nr 1</w:t>
      </w:r>
    </w:p>
    <w:p w14:paraId="7CDF153E" w14:textId="77777777" w:rsidR="00912243" w:rsidRPr="002715BE" w:rsidRDefault="002F64D4">
      <w:pPr>
        <w:jc w:val="center"/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b/>
          <w:sz w:val="22"/>
        </w:rPr>
        <w:t>FORMULARZ OFERTY</w:t>
      </w:r>
    </w:p>
    <w:p w14:paraId="153EEE5A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Otwarty nabór partnera do wspólnego przygotowania i realizacji projektu w ramach programu Fundusze Europejskie dla Podkarpacia 2021–2027, Priorytet 14 – Rozwój umiejętności dla bezpieczeństwa, Działanie FEPK.14.02 „Cyberbezpieczeństwo w szkołach podstawowych i ponadpodstawowych” (nabór nr FEPK.14.02-IP.01-001/26).</w:t>
      </w:r>
    </w:p>
    <w:p w14:paraId="2A4AABDE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b/>
          <w:sz w:val="22"/>
        </w:rPr>
        <w:t>I. INFORMACJA O PODMIOCIE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53"/>
        <w:gridCol w:w="4732"/>
        <w:gridCol w:w="4677"/>
      </w:tblGrid>
      <w:tr w:rsidR="00912243" w:rsidRPr="002715BE" w14:paraId="23619CAA" w14:textId="77777777" w:rsidTr="00F23E2B">
        <w:trPr>
          <w:jc w:val="center"/>
        </w:trPr>
        <w:tc>
          <w:tcPr>
            <w:tcW w:w="456" w:type="dxa"/>
            <w:shd w:val="clear" w:color="auto" w:fill="A6A6A6" w:themeFill="background1" w:themeFillShade="A6"/>
            <w:vAlign w:val="center"/>
          </w:tcPr>
          <w:p w14:paraId="0DB02DD5" w14:textId="379F2F12" w:rsidR="00912243" w:rsidRPr="002715BE" w:rsidRDefault="00712A45" w:rsidP="00F23E2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b/>
                <w:sz w:val="22"/>
              </w:rPr>
              <w:t>LP.</w:t>
            </w:r>
          </w:p>
        </w:tc>
        <w:tc>
          <w:tcPr>
            <w:tcW w:w="4804" w:type="dxa"/>
            <w:shd w:val="clear" w:color="auto" w:fill="A6A6A6" w:themeFill="background1" w:themeFillShade="A6"/>
            <w:vAlign w:val="center"/>
          </w:tcPr>
          <w:p w14:paraId="3ADAF11D" w14:textId="7E5B1EE2" w:rsidR="00912243" w:rsidRPr="002715BE" w:rsidRDefault="00712A45" w:rsidP="00F23E2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b/>
                <w:sz w:val="22"/>
              </w:rPr>
              <w:t>DANE PODMIOTU</w:t>
            </w:r>
          </w:p>
        </w:tc>
        <w:tc>
          <w:tcPr>
            <w:tcW w:w="4742" w:type="dxa"/>
            <w:shd w:val="clear" w:color="auto" w:fill="A6A6A6" w:themeFill="background1" w:themeFillShade="A6"/>
            <w:vAlign w:val="center"/>
          </w:tcPr>
          <w:p w14:paraId="7C60A9DE" w14:textId="4EF71CBC" w:rsidR="00912243" w:rsidRPr="002715BE" w:rsidRDefault="00712A45" w:rsidP="00F23E2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b/>
                <w:sz w:val="22"/>
              </w:rPr>
              <w:t>INFORMACJA</w:t>
            </w:r>
          </w:p>
        </w:tc>
      </w:tr>
      <w:tr w:rsidR="00912243" w:rsidRPr="002715BE" w14:paraId="5B64AEAD" w14:textId="77777777" w:rsidTr="00251979">
        <w:trPr>
          <w:jc w:val="center"/>
        </w:trPr>
        <w:tc>
          <w:tcPr>
            <w:tcW w:w="456" w:type="dxa"/>
          </w:tcPr>
          <w:p w14:paraId="72C3F8B3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4804" w:type="dxa"/>
          </w:tcPr>
          <w:p w14:paraId="6328EE26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t>Pełna nazwa podmiotu</w:t>
            </w:r>
          </w:p>
        </w:tc>
        <w:tc>
          <w:tcPr>
            <w:tcW w:w="4742" w:type="dxa"/>
          </w:tcPr>
          <w:p w14:paraId="34452336" w14:textId="77777777" w:rsidR="00912243" w:rsidRPr="002715BE" w:rsidRDefault="0091224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912243" w:rsidRPr="002715BE" w14:paraId="248EBCD9" w14:textId="77777777" w:rsidTr="00251979">
        <w:trPr>
          <w:jc w:val="center"/>
        </w:trPr>
        <w:tc>
          <w:tcPr>
            <w:tcW w:w="456" w:type="dxa"/>
          </w:tcPr>
          <w:p w14:paraId="408DF771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4804" w:type="dxa"/>
          </w:tcPr>
          <w:p w14:paraId="215A86AA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t>Forma prawna / organizacyjna</w:t>
            </w:r>
          </w:p>
        </w:tc>
        <w:tc>
          <w:tcPr>
            <w:tcW w:w="4742" w:type="dxa"/>
          </w:tcPr>
          <w:p w14:paraId="28ECEEB7" w14:textId="77777777" w:rsidR="00912243" w:rsidRPr="002715BE" w:rsidRDefault="0091224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912243" w:rsidRPr="002715BE" w14:paraId="7846EF39" w14:textId="77777777" w:rsidTr="00251979">
        <w:trPr>
          <w:jc w:val="center"/>
        </w:trPr>
        <w:tc>
          <w:tcPr>
            <w:tcW w:w="456" w:type="dxa"/>
          </w:tcPr>
          <w:p w14:paraId="12EF868F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4804" w:type="dxa"/>
          </w:tcPr>
          <w:p w14:paraId="0A09D87F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t>NIP</w:t>
            </w:r>
          </w:p>
        </w:tc>
        <w:tc>
          <w:tcPr>
            <w:tcW w:w="4742" w:type="dxa"/>
          </w:tcPr>
          <w:p w14:paraId="36C32A9F" w14:textId="77777777" w:rsidR="00912243" w:rsidRPr="002715BE" w:rsidRDefault="0091224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912243" w:rsidRPr="002715BE" w14:paraId="5A071678" w14:textId="77777777" w:rsidTr="00251979">
        <w:trPr>
          <w:jc w:val="center"/>
        </w:trPr>
        <w:tc>
          <w:tcPr>
            <w:tcW w:w="456" w:type="dxa"/>
          </w:tcPr>
          <w:p w14:paraId="54545943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4804" w:type="dxa"/>
          </w:tcPr>
          <w:p w14:paraId="42F14D69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t>REGON (jeżeli dotyczy)</w:t>
            </w:r>
          </w:p>
        </w:tc>
        <w:tc>
          <w:tcPr>
            <w:tcW w:w="4742" w:type="dxa"/>
          </w:tcPr>
          <w:p w14:paraId="3E338877" w14:textId="77777777" w:rsidR="00912243" w:rsidRPr="002715BE" w:rsidRDefault="0091224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912243" w:rsidRPr="002715BE" w14:paraId="609FA771" w14:textId="77777777" w:rsidTr="00251979">
        <w:trPr>
          <w:jc w:val="center"/>
        </w:trPr>
        <w:tc>
          <w:tcPr>
            <w:tcW w:w="456" w:type="dxa"/>
          </w:tcPr>
          <w:p w14:paraId="5CF5E03E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4804" w:type="dxa"/>
          </w:tcPr>
          <w:p w14:paraId="5FA8A4E1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t>KRS / inny rejestr (jeżeli dotyczy)</w:t>
            </w:r>
          </w:p>
        </w:tc>
        <w:tc>
          <w:tcPr>
            <w:tcW w:w="4742" w:type="dxa"/>
          </w:tcPr>
          <w:p w14:paraId="63CA3D54" w14:textId="77777777" w:rsidR="00912243" w:rsidRPr="002715BE" w:rsidRDefault="0091224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912243" w:rsidRPr="002715BE" w14:paraId="7852485C" w14:textId="77777777" w:rsidTr="00251979">
        <w:trPr>
          <w:jc w:val="center"/>
        </w:trPr>
        <w:tc>
          <w:tcPr>
            <w:tcW w:w="456" w:type="dxa"/>
          </w:tcPr>
          <w:p w14:paraId="67E7716A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4804" w:type="dxa"/>
          </w:tcPr>
          <w:p w14:paraId="34F6E7C5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t>Adres siedziby</w:t>
            </w:r>
          </w:p>
        </w:tc>
        <w:tc>
          <w:tcPr>
            <w:tcW w:w="4742" w:type="dxa"/>
          </w:tcPr>
          <w:p w14:paraId="7F26387E" w14:textId="77777777" w:rsidR="00912243" w:rsidRPr="002715BE" w:rsidRDefault="0091224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912243" w:rsidRPr="002715BE" w14:paraId="073D7ABE" w14:textId="77777777" w:rsidTr="00251979">
        <w:trPr>
          <w:jc w:val="center"/>
        </w:trPr>
        <w:tc>
          <w:tcPr>
            <w:tcW w:w="456" w:type="dxa"/>
          </w:tcPr>
          <w:p w14:paraId="07AEE4BE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4804" w:type="dxa"/>
          </w:tcPr>
          <w:p w14:paraId="5B89EF1D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t>Adres e-mail i strona internetowa</w:t>
            </w:r>
          </w:p>
        </w:tc>
        <w:tc>
          <w:tcPr>
            <w:tcW w:w="4742" w:type="dxa"/>
          </w:tcPr>
          <w:p w14:paraId="55A71E2D" w14:textId="77777777" w:rsidR="00912243" w:rsidRPr="002715BE" w:rsidRDefault="0091224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912243" w:rsidRPr="002715BE" w14:paraId="7466F0E9" w14:textId="77777777" w:rsidTr="00251979">
        <w:trPr>
          <w:jc w:val="center"/>
        </w:trPr>
        <w:tc>
          <w:tcPr>
            <w:tcW w:w="456" w:type="dxa"/>
          </w:tcPr>
          <w:p w14:paraId="5C9A8F0F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t>8</w:t>
            </w:r>
          </w:p>
        </w:tc>
        <w:tc>
          <w:tcPr>
            <w:tcW w:w="4804" w:type="dxa"/>
          </w:tcPr>
          <w:p w14:paraId="306F0998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t>Osoba/osoby uprawnione do reprezentacji (imię, nazwisko, podstawa umocowania)</w:t>
            </w:r>
          </w:p>
        </w:tc>
        <w:tc>
          <w:tcPr>
            <w:tcW w:w="4742" w:type="dxa"/>
          </w:tcPr>
          <w:p w14:paraId="2ECFC936" w14:textId="77777777" w:rsidR="00912243" w:rsidRPr="002715BE" w:rsidRDefault="0091224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912243" w:rsidRPr="002715BE" w14:paraId="2C2E55EA" w14:textId="77777777" w:rsidTr="00251979">
        <w:trPr>
          <w:jc w:val="center"/>
        </w:trPr>
        <w:tc>
          <w:tcPr>
            <w:tcW w:w="456" w:type="dxa"/>
          </w:tcPr>
          <w:p w14:paraId="2C3501BF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t>9</w:t>
            </w:r>
          </w:p>
        </w:tc>
        <w:tc>
          <w:tcPr>
            <w:tcW w:w="4804" w:type="dxa"/>
          </w:tcPr>
          <w:p w14:paraId="0890D3D5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t>Osoba do kontaktu, telefon, e-mail</w:t>
            </w:r>
          </w:p>
        </w:tc>
        <w:tc>
          <w:tcPr>
            <w:tcW w:w="4742" w:type="dxa"/>
          </w:tcPr>
          <w:p w14:paraId="371B44E2" w14:textId="77777777" w:rsidR="00912243" w:rsidRPr="002715BE" w:rsidRDefault="00912243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912243" w:rsidRPr="002715BE" w14:paraId="51910EF7" w14:textId="77777777" w:rsidTr="00251979">
        <w:trPr>
          <w:jc w:val="center"/>
        </w:trPr>
        <w:tc>
          <w:tcPr>
            <w:tcW w:w="456" w:type="dxa"/>
          </w:tcPr>
          <w:p w14:paraId="08A2B440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4804" w:type="dxa"/>
          </w:tcPr>
          <w:p w14:paraId="64E99E3D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t>Data rozpoczęcia działalności</w:t>
            </w:r>
          </w:p>
        </w:tc>
        <w:tc>
          <w:tcPr>
            <w:tcW w:w="4742" w:type="dxa"/>
          </w:tcPr>
          <w:p w14:paraId="716883B1" w14:textId="77777777" w:rsidR="00912243" w:rsidRPr="002715BE" w:rsidRDefault="00912243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58F604D1" w14:textId="77777777" w:rsidR="00182EF5" w:rsidRPr="002715BE" w:rsidRDefault="00182EF5">
      <w:pPr>
        <w:rPr>
          <w:rFonts w:ascii="Times New Roman" w:hAnsi="Times New Roman" w:cs="Times New Roman"/>
          <w:b/>
          <w:sz w:val="22"/>
        </w:rPr>
      </w:pPr>
    </w:p>
    <w:p w14:paraId="44F808B3" w14:textId="7464C56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b/>
          <w:sz w:val="22"/>
        </w:rPr>
        <w:t>II. OŚWIADCZENIA</w:t>
      </w:r>
    </w:p>
    <w:p w14:paraId="7A72953D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W odpowiedzi na ogłoszenie o otwartym naborze partnera oświadczam/y, że:</w:t>
      </w:r>
    </w:p>
    <w:p w14:paraId="18D439AD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• Zapoznałem/am się / zapoznaliśmy się z ogłoszeniem oraz dokumentacją naboru nr FEPK.14.02-IP.01-001/26 i akceptuję/emy ich postanowienia.</w:t>
      </w:r>
    </w:p>
    <w:p w14:paraId="20B566B6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• Deklaruję/emy wolę aktywnego współdziałania przy przygotowaniu wniosku o dofinansowanie oraz, w przypadku uzyskania dofinansowania, przy realizacji projektu i zawarciu umowy partnerskiej.</w:t>
      </w:r>
    </w:p>
    <w:p w14:paraId="6A3204D1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• Podmiot spełnia wymagania określone w ogłoszeniu i nie należy do kategorii podmiotów wyłączonych wskazanych w dokumentacji naboru.</w:t>
      </w:r>
    </w:p>
    <w:p w14:paraId="1BEFC8AE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• Informacje przedstawione w formularzu i dokumentach są zgodne ze stanem faktycznym.</w:t>
      </w:r>
    </w:p>
    <w:p w14:paraId="58F26D43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• Udział podmiotu w partnerstwie nie będzie polegał wyłącznie na wniesieniu zasobów; podmiot będzie realizował przypisane mu zadania.</w:t>
      </w:r>
    </w:p>
    <w:p w14:paraId="67568A11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• Dane osobowe wskazane w ofercie zostały udostępnione zgodnie z obowiązującymi przepisami o ochronie danych osobowych.</w:t>
      </w:r>
    </w:p>
    <w:p w14:paraId="7E7B7675" w14:textId="77777777" w:rsidR="00182EF5" w:rsidRPr="002715BE" w:rsidRDefault="00182EF5">
      <w:pPr>
        <w:rPr>
          <w:rFonts w:ascii="Times New Roman" w:hAnsi="Times New Roman" w:cs="Times New Roman"/>
          <w:b/>
          <w:sz w:val="22"/>
        </w:rPr>
      </w:pPr>
    </w:p>
    <w:p w14:paraId="7DFB8923" w14:textId="71239E43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b/>
          <w:sz w:val="22"/>
        </w:rPr>
        <w:t>III. OPIS OFERTY – ZGODNOŚĆ Z CELAMI PARTNERSTWA I WKŁAD PARTNERA (WARUNKI FORMALNE)</w:t>
      </w:r>
    </w:p>
    <w:p w14:paraId="35C8F130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b/>
          <w:sz w:val="22"/>
        </w:rPr>
        <w:t>1. Opis dotychczasowej działalności podmiotu oraz jej związku z celami i zadaniami planowanego partnerstwa:</w:t>
      </w:r>
    </w:p>
    <w:p w14:paraId="78D98072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lastRenderedPageBreak/>
        <w:t>..................................................................................................................................................................................</w:t>
      </w:r>
      <w:r w:rsidRPr="002715BE">
        <w:rPr>
          <w:rFonts w:ascii="Times New Roman" w:hAnsi="Times New Roman" w:cs="Times New Roman"/>
          <w:sz w:val="22"/>
        </w:rPr>
        <w:br/>
        <w:t>..................................................................................................................................................................................</w:t>
      </w:r>
      <w:r w:rsidRPr="002715BE">
        <w:rPr>
          <w:rFonts w:ascii="Times New Roman" w:hAnsi="Times New Roman" w:cs="Times New Roman"/>
          <w:sz w:val="22"/>
        </w:rPr>
        <w:br/>
        <w:t>..................................................................................................................................................................................</w:t>
      </w:r>
    </w:p>
    <w:p w14:paraId="4B219697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b/>
          <w:sz w:val="22"/>
        </w:rPr>
        <w:t>2. Doświadczenie w obszarze planowanego wsparcia, na rzecz grupy docelowej oraz na terytorium objętym projektem (wskazać konkretny zakres, odbiorców i obszar):</w:t>
      </w:r>
    </w:p>
    <w:p w14:paraId="629AFE63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..................................................................................................................................................................................</w:t>
      </w:r>
      <w:r w:rsidRPr="002715BE">
        <w:rPr>
          <w:rFonts w:ascii="Times New Roman" w:hAnsi="Times New Roman" w:cs="Times New Roman"/>
          <w:sz w:val="22"/>
        </w:rPr>
        <w:br/>
        <w:t>..................................................................................................................................................................................</w:t>
      </w:r>
      <w:r w:rsidRPr="002715BE">
        <w:rPr>
          <w:rFonts w:ascii="Times New Roman" w:hAnsi="Times New Roman" w:cs="Times New Roman"/>
          <w:sz w:val="22"/>
        </w:rPr>
        <w:br/>
        <w:t>..................................................................................................................................................................................</w:t>
      </w:r>
    </w:p>
    <w:p w14:paraId="6F1E0C81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b/>
          <w:sz w:val="22"/>
        </w:rPr>
        <w:t>3. Deklarowany wkład w realizację celu i zadań partnerstwa (zasoby kadrowe, organizacyjne, techniczne, finansowe, wiedza, doświadczenie, know-how; wskazać sposób wykorzystania):</w:t>
      </w:r>
    </w:p>
    <w:p w14:paraId="6ED2AA52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..................................................................................................................................................................................</w:t>
      </w:r>
      <w:r w:rsidRPr="002715BE">
        <w:rPr>
          <w:rFonts w:ascii="Times New Roman" w:hAnsi="Times New Roman" w:cs="Times New Roman"/>
          <w:sz w:val="22"/>
        </w:rPr>
        <w:br/>
        <w:t>..................................................................................................................................................................................</w:t>
      </w:r>
      <w:r w:rsidRPr="002715BE">
        <w:rPr>
          <w:rFonts w:ascii="Times New Roman" w:hAnsi="Times New Roman" w:cs="Times New Roman"/>
          <w:sz w:val="22"/>
        </w:rPr>
        <w:br/>
        <w:t>..................................................................................................................................................................................</w:t>
      </w:r>
    </w:p>
    <w:p w14:paraId="22DCF690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b/>
          <w:sz w:val="22"/>
        </w:rPr>
        <w:t>4. Proponowane zadania partnera przy przygotowaniu wniosku oraz realizacji projektu:</w:t>
      </w:r>
    </w:p>
    <w:p w14:paraId="11EBC603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..................................................................................................................................................................................</w:t>
      </w:r>
      <w:r w:rsidRPr="002715BE">
        <w:rPr>
          <w:rFonts w:ascii="Times New Roman" w:hAnsi="Times New Roman" w:cs="Times New Roman"/>
          <w:sz w:val="22"/>
        </w:rPr>
        <w:br/>
        <w:t>..................................................................................................................................................................................</w:t>
      </w:r>
    </w:p>
    <w:p w14:paraId="1D181072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b/>
          <w:sz w:val="22"/>
        </w:rPr>
        <w:t>IV. DOŚWIADCZENIE PROJEKTOWE – KRYTERIUM IX.1 (MAKS. 20 PKT)</w:t>
      </w:r>
    </w:p>
    <w:p w14:paraId="3F3BB776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Wykazać projekty współfinansowane ze środków UE, obejmujące działania edukacyjne, szkoleniowe lub rozwój kompetencji i kwalifikacji uczestników. Wskazać rolę oferenta (Beneficjent/Partner/podmiot realizujący zadania merytoryczne), okres i zakres faktycznie realizowanych działań. Tabelę można powielać.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53"/>
        <w:gridCol w:w="3367"/>
        <w:gridCol w:w="1911"/>
        <w:gridCol w:w="1885"/>
        <w:gridCol w:w="2246"/>
      </w:tblGrid>
      <w:tr w:rsidR="00912243" w:rsidRPr="002715BE" w14:paraId="0FB0C5BC" w14:textId="77777777" w:rsidTr="00F23E2B">
        <w:trPr>
          <w:jc w:val="center"/>
        </w:trPr>
        <w:tc>
          <w:tcPr>
            <w:tcW w:w="283" w:type="dxa"/>
            <w:shd w:val="clear" w:color="auto" w:fill="A6A6A6" w:themeFill="background1" w:themeFillShade="A6"/>
            <w:vAlign w:val="center"/>
          </w:tcPr>
          <w:p w14:paraId="70F9FFBB" w14:textId="39037CF5" w:rsidR="00912243" w:rsidRPr="002715BE" w:rsidRDefault="00F23E2B" w:rsidP="00F23E2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b/>
                <w:sz w:val="22"/>
              </w:rPr>
              <w:t>LP.</w:t>
            </w:r>
          </w:p>
        </w:tc>
        <w:tc>
          <w:tcPr>
            <w:tcW w:w="3705" w:type="dxa"/>
            <w:shd w:val="clear" w:color="auto" w:fill="A6A6A6" w:themeFill="background1" w:themeFillShade="A6"/>
            <w:vAlign w:val="center"/>
          </w:tcPr>
          <w:p w14:paraId="41D4AF48" w14:textId="32A742BA" w:rsidR="00912243" w:rsidRPr="002715BE" w:rsidRDefault="00F23E2B" w:rsidP="00F23E2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b/>
                <w:sz w:val="22"/>
              </w:rPr>
              <w:t>NAZWA PROJEKTU / ŹRÓDŁO FINANSOWANIA</w:t>
            </w:r>
          </w:p>
        </w:tc>
        <w:tc>
          <w:tcPr>
            <w:tcW w:w="1994" w:type="dxa"/>
            <w:shd w:val="clear" w:color="auto" w:fill="A6A6A6" w:themeFill="background1" w:themeFillShade="A6"/>
            <w:vAlign w:val="center"/>
          </w:tcPr>
          <w:p w14:paraId="17552ADC" w14:textId="040B8D94" w:rsidR="00912243" w:rsidRPr="002715BE" w:rsidRDefault="00F23E2B" w:rsidP="00F23E2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b/>
                <w:sz w:val="22"/>
              </w:rPr>
              <w:t>OKRES REALIZACJI</w:t>
            </w:r>
          </w:p>
        </w:tc>
        <w:tc>
          <w:tcPr>
            <w:tcW w:w="1994" w:type="dxa"/>
            <w:shd w:val="clear" w:color="auto" w:fill="A6A6A6" w:themeFill="background1" w:themeFillShade="A6"/>
            <w:vAlign w:val="center"/>
          </w:tcPr>
          <w:p w14:paraId="3959FB43" w14:textId="0B2A5002" w:rsidR="00912243" w:rsidRPr="002715BE" w:rsidRDefault="00F23E2B" w:rsidP="00F23E2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b/>
                <w:sz w:val="22"/>
              </w:rPr>
              <w:t>ROLA OFERENTA</w:t>
            </w:r>
          </w:p>
        </w:tc>
        <w:tc>
          <w:tcPr>
            <w:tcW w:w="1994" w:type="dxa"/>
            <w:shd w:val="clear" w:color="auto" w:fill="A6A6A6" w:themeFill="background1" w:themeFillShade="A6"/>
            <w:vAlign w:val="center"/>
          </w:tcPr>
          <w:p w14:paraId="4C08FBCD" w14:textId="10EACBFA" w:rsidR="00912243" w:rsidRPr="002715BE" w:rsidRDefault="00F23E2B" w:rsidP="00F23E2B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b/>
                <w:sz w:val="22"/>
              </w:rPr>
              <w:t>ZAKRES DZIAŁAŃ EDUKACYJNYCH / SZKOLENIOWYCH</w:t>
            </w:r>
          </w:p>
        </w:tc>
      </w:tr>
      <w:tr w:rsidR="00912243" w:rsidRPr="002715BE" w14:paraId="5D7F322B" w14:textId="77777777" w:rsidTr="00E7011C">
        <w:trPr>
          <w:jc w:val="center"/>
        </w:trPr>
        <w:tc>
          <w:tcPr>
            <w:tcW w:w="283" w:type="dxa"/>
          </w:tcPr>
          <w:p w14:paraId="0B9E841C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3705" w:type="dxa"/>
          </w:tcPr>
          <w:p w14:paraId="5B3ECC3C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1994" w:type="dxa"/>
          </w:tcPr>
          <w:p w14:paraId="132DFE21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1994" w:type="dxa"/>
          </w:tcPr>
          <w:p w14:paraId="667AF3C7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1994" w:type="dxa"/>
          </w:tcPr>
          <w:p w14:paraId="15E7178D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</w:tr>
      <w:tr w:rsidR="00912243" w:rsidRPr="002715BE" w14:paraId="628AF01E" w14:textId="77777777" w:rsidTr="00E7011C">
        <w:trPr>
          <w:jc w:val="center"/>
        </w:trPr>
        <w:tc>
          <w:tcPr>
            <w:tcW w:w="283" w:type="dxa"/>
          </w:tcPr>
          <w:p w14:paraId="73B4936E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3705" w:type="dxa"/>
          </w:tcPr>
          <w:p w14:paraId="7188CDCE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1994" w:type="dxa"/>
          </w:tcPr>
          <w:p w14:paraId="284C58F0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1994" w:type="dxa"/>
          </w:tcPr>
          <w:p w14:paraId="13FCC7D5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1994" w:type="dxa"/>
          </w:tcPr>
          <w:p w14:paraId="638AE548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</w:tr>
      <w:tr w:rsidR="00912243" w:rsidRPr="002715BE" w14:paraId="0043BD11" w14:textId="77777777" w:rsidTr="00E7011C">
        <w:trPr>
          <w:jc w:val="center"/>
        </w:trPr>
        <w:tc>
          <w:tcPr>
            <w:tcW w:w="283" w:type="dxa"/>
          </w:tcPr>
          <w:p w14:paraId="072A9D7F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3705" w:type="dxa"/>
          </w:tcPr>
          <w:p w14:paraId="08E8C883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1994" w:type="dxa"/>
          </w:tcPr>
          <w:p w14:paraId="656105FB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1994" w:type="dxa"/>
          </w:tcPr>
          <w:p w14:paraId="562F5775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1994" w:type="dxa"/>
          </w:tcPr>
          <w:p w14:paraId="713B0535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</w:tr>
      <w:tr w:rsidR="00912243" w:rsidRPr="002715BE" w14:paraId="154BDE48" w14:textId="77777777" w:rsidTr="00E7011C">
        <w:trPr>
          <w:jc w:val="center"/>
        </w:trPr>
        <w:tc>
          <w:tcPr>
            <w:tcW w:w="283" w:type="dxa"/>
          </w:tcPr>
          <w:p w14:paraId="41B8DD90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3705" w:type="dxa"/>
          </w:tcPr>
          <w:p w14:paraId="6C18B37B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1994" w:type="dxa"/>
          </w:tcPr>
          <w:p w14:paraId="0AAA5991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1994" w:type="dxa"/>
          </w:tcPr>
          <w:p w14:paraId="443AC819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1994" w:type="dxa"/>
          </w:tcPr>
          <w:p w14:paraId="1E1B384F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</w:tr>
      <w:tr w:rsidR="00912243" w:rsidRPr="002715BE" w14:paraId="452AA69C" w14:textId="77777777" w:rsidTr="00E7011C">
        <w:trPr>
          <w:jc w:val="center"/>
        </w:trPr>
        <w:tc>
          <w:tcPr>
            <w:tcW w:w="283" w:type="dxa"/>
          </w:tcPr>
          <w:p w14:paraId="1A9B30BF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3705" w:type="dxa"/>
          </w:tcPr>
          <w:p w14:paraId="4EA9D8E4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1994" w:type="dxa"/>
          </w:tcPr>
          <w:p w14:paraId="64F283EF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1994" w:type="dxa"/>
          </w:tcPr>
          <w:p w14:paraId="46BC5140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1994" w:type="dxa"/>
          </w:tcPr>
          <w:p w14:paraId="4185CD88" w14:textId="77777777" w:rsidR="00912243" w:rsidRPr="002715BE" w:rsidRDefault="002F64D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</w:tr>
    </w:tbl>
    <w:p w14:paraId="7AB5DFB4" w14:textId="77777777" w:rsidR="00E7011C" w:rsidRPr="002715BE" w:rsidRDefault="00E7011C">
      <w:pPr>
        <w:rPr>
          <w:rFonts w:ascii="Times New Roman" w:hAnsi="Times New Roman" w:cs="Times New Roman"/>
          <w:b/>
          <w:sz w:val="22"/>
        </w:rPr>
      </w:pPr>
    </w:p>
    <w:p w14:paraId="10467E19" w14:textId="37DB7F78" w:rsidR="00912243" w:rsidRPr="002715BE" w:rsidRDefault="002F64D4">
      <w:pPr>
        <w:rPr>
          <w:rFonts w:ascii="Times New Roman" w:hAnsi="Times New Roman" w:cs="Times New Roman"/>
          <w:sz w:val="22"/>
        </w:rPr>
      </w:pPr>
      <w:proofErr w:type="spellStart"/>
      <w:r w:rsidRPr="002715BE">
        <w:rPr>
          <w:rFonts w:ascii="Times New Roman" w:hAnsi="Times New Roman" w:cs="Times New Roman"/>
          <w:b/>
          <w:sz w:val="22"/>
        </w:rPr>
        <w:t>Łączna</w:t>
      </w:r>
      <w:proofErr w:type="spellEnd"/>
      <w:r w:rsidRPr="002715BE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2715BE">
        <w:rPr>
          <w:rFonts w:ascii="Times New Roman" w:hAnsi="Times New Roman" w:cs="Times New Roman"/>
          <w:b/>
          <w:sz w:val="22"/>
        </w:rPr>
        <w:t>liczba</w:t>
      </w:r>
      <w:proofErr w:type="spellEnd"/>
      <w:r w:rsidRPr="002715BE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2715BE">
        <w:rPr>
          <w:rFonts w:ascii="Times New Roman" w:hAnsi="Times New Roman" w:cs="Times New Roman"/>
          <w:b/>
          <w:sz w:val="22"/>
        </w:rPr>
        <w:t>wykazanych</w:t>
      </w:r>
      <w:proofErr w:type="spellEnd"/>
      <w:r w:rsidRPr="002715BE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2715BE">
        <w:rPr>
          <w:rFonts w:ascii="Times New Roman" w:hAnsi="Times New Roman" w:cs="Times New Roman"/>
          <w:b/>
          <w:sz w:val="22"/>
        </w:rPr>
        <w:t>projektów</w:t>
      </w:r>
      <w:proofErr w:type="spellEnd"/>
      <w:r w:rsidRPr="002715BE">
        <w:rPr>
          <w:rFonts w:ascii="Times New Roman" w:hAnsi="Times New Roman" w:cs="Times New Roman"/>
          <w:b/>
          <w:sz w:val="22"/>
        </w:rPr>
        <w:t>: ..................................</w:t>
      </w:r>
    </w:p>
    <w:p w14:paraId="662B0F1B" w14:textId="77777777" w:rsidR="00E7011C" w:rsidRPr="002715BE" w:rsidRDefault="00E7011C">
      <w:pPr>
        <w:rPr>
          <w:rFonts w:ascii="Times New Roman" w:hAnsi="Times New Roman" w:cs="Times New Roman"/>
          <w:b/>
          <w:sz w:val="22"/>
        </w:rPr>
      </w:pPr>
    </w:p>
    <w:p w14:paraId="7B604D3C" w14:textId="2E53F6AD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b/>
          <w:sz w:val="22"/>
        </w:rPr>
        <w:t>V. DOŚWIADCZENIE SZKOLENIOWE – KRYTERIUM IX.2 (MAKS. 20 PKT)</w:t>
      </w:r>
    </w:p>
    <w:p w14:paraId="387FF3EE" w14:textId="5E5DC81D" w:rsidR="00912243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 xml:space="preserve">Wykazać liczbę osób faktycznie objętych przez oferenta </w:t>
      </w:r>
      <w:proofErr w:type="spellStart"/>
      <w:r w:rsidRPr="002715BE">
        <w:rPr>
          <w:rFonts w:ascii="Times New Roman" w:hAnsi="Times New Roman" w:cs="Times New Roman"/>
          <w:sz w:val="22"/>
        </w:rPr>
        <w:t>szkoleniami</w:t>
      </w:r>
      <w:proofErr w:type="spellEnd"/>
      <w:r w:rsidRPr="002715BE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2715BE">
        <w:rPr>
          <w:rFonts w:ascii="Times New Roman" w:hAnsi="Times New Roman" w:cs="Times New Roman"/>
          <w:sz w:val="22"/>
        </w:rPr>
        <w:t>warsztatami</w:t>
      </w:r>
      <w:proofErr w:type="spellEnd"/>
      <w:r w:rsidRPr="002715B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15BE">
        <w:rPr>
          <w:rFonts w:ascii="Times New Roman" w:hAnsi="Times New Roman" w:cs="Times New Roman"/>
          <w:sz w:val="22"/>
        </w:rPr>
        <w:t>lub</w:t>
      </w:r>
      <w:proofErr w:type="spellEnd"/>
      <w:r w:rsidRPr="002715B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15BE">
        <w:rPr>
          <w:rFonts w:ascii="Times New Roman" w:hAnsi="Times New Roman" w:cs="Times New Roman"/>
          <w:sz w:val="22"/>
        </w:rPr>
        <w:t>innymi</w:t>
      </w:r>
      <w:proofErr w:type="spellEnd"/>
      <w:r w:rsidRPr="002715B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15BE">
        <w:rPr>
          <w:rFonts w:ascii="Times New Roman" w:hAnsi="Times New Roman" w:cs="Times New Roman"/>
          <w:sz w:val="22"/>
        </w:rPr>
        <w:t>formami</w:t>
      </w:r>
      <w:proofErr w:type="spellEnd"/>
      <w:r w:rsidRPr="002715B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15BE">
        <w:rPr>
          <w:rFonts w:ascii="Times New Roman" w:hAnsi="Times New Roman" w:cs="Times New Roman"/>
          <w:sz w:val="22"/>
        </w:rPr>
        <w:t>wsparcia</w:t>
      </w:r>
      <w:proofErr w:type="spellEnd"/>
      <w:r w:rsidRPr="002715B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15BE">
        <w:rPr>
          <w:rFonts w:ascii="Times New Roman" w:hAnsi="Times New Roman" w:cs="Times New Roman"/>
          <w:sz w:val="22"/>
        </w:rPr>
        <w:t>prowadzącymi</w:t>
      </w:r>
      <w:proofErr w:type="spellEnd"/>
      <w:r w:rsidRPr="002715BE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2715BE">
        <w:rPr>
          <w:rFonts w:ascii="Times New Roman" w:hAnsi="Times New Roman" w:cs="Times New Roman"/>
          <w:sz w:val="22"/>
        </w:rPr>
        <w:t>rozwoju</w:t>
      </w:r>
      <w:proofErr w:type="spellEnd"/>
      <w:r w:rsidRPr="002715B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15BE">
        <w:rPr>
          <w:rFonts w:ascii="Times New Roman" w:hAnsi="Times New Roman" w:cs="Times New Roman"/>
          <w:sz w:val="22"/>
        </w:rPr>
        <w:t>kompetencji</w:t>
      </w:r>
      <w:proofErr w:type="spellEnd"/>
      <w:r w:rsidRPr="002715B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15BE">
        <w:rPr>
          <w:rFonts w:ascii="Times New Roman" w:hAnsi="Times New Roman" w:cs="Times New Roman"/>
          <w:sz w:val="22"/>
        </w:rPr>
        <w:t>lub</w:t>
      </w:r>
      <w:proofErr w:type="spellEnd"/>
      <w:r w:rsidRPr="002715B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15BE">
        <w:rPr>
          <w:rFonts w:ascii="Times New Roman" w:hAnsi="Times New Roman" w:cs="Times New Roman"/>
          <w:sz w:val="22"/>
        </w:rPr>
        <w:t>uzyskania</w:t>
      </w:r>
      <w:proofErr w:type="spellEnd"/>
      <w:r w:rsidRPr="002715B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15BE">
        <w:rPr>
          <w:rFonts w:ascii="Times New Roman" w:hAnsi="Times New Roman" w:cs="Times New Roman"/>
          <w:sz w:val="22"/>
        </w:rPr>
        <w:t>kwalifikacji</w:t>
      </w:r>
      <w:proofErr w:type="spellEnd"/>
      <w:r w:rsidRPr="002715BE">
        <w:rPr>
          <w:rFonts w:ascii="Times New Roman" w:hAnsi="Times New Roman" w:cs="Times New Roman"/>
          <w:sz w:val="22"/>
        </w:rPr>
        <w:t xml:space="preserve">. </w:t>
      </w:r>
      <w:proofErr w:type="spellStart"/>
      <w:r w:rsidRPr="002715BE">
        <w:rPr>
          <w:rFonts w:ascii="Times New Roman" w:hAnsi="Times New Roman" w:cs="Times New Roman"/>
          <w:sz w:val="22"/>
        </w:rPr>
        <w:t>Tabelę</w:t>
      </w:r>
      <w:proofErr w:type="spellEnd"/>
      <w:r w:rsidRPr="002715B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15BE">
        <w:rPr>
          <w:rFonts w:ascii="Times New Roman" w:hAnsi="Times New Roman" w:cs="Times New Roman"/>
          <w:sz w:val="22"/>
        </w:rPr>
        <w:t>można</w:t>
      </w:r>
      <w:proofErr w:type="spellEnd"/>
      <w:r w:rsidRPr="002715B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15BE">
        <w:rPr>
          <w:rFonts w:ascii="Times New Roman" w:hAnsi="Times New Roman" w:cs="Times New Roman"/>
          <w:sz w:val="22"/>
        </w:rPr>
        <w:t>powielać</w:t>
      </w:r>
      <w:proofErr w:type="spellEnd"/>
      <w:r w:rsidRPr="002715BE">
        <w:rPr>
          <w:rFonts w:ascii="Times New Roman" w:hAnsi="Times New Roman" w:cs="Times New Roman"/>
          <w:sz w:val="22"/>
        </w:rPr>
        <w:t>.</w:t>
      </w:r>
    </w:p>
    <w:p w14:paraId="60101556" w14:textId="77777777" w:rsidR="00DD3C25" w:rsidRDefault="00DD3C25">
      <w:pPr>
        <w:rPr>
          <w:rFonts w:ascii="Times New Roman" w:hAnsi="Times New Roman" w:cs="Times New Roman"/>
          <w:sz w:val="22"/>
        </w:rPr>
      </w:pPr>
    </w:p>
    <w:p w14:paraId="40DD6C28" w14:textId="77777777" w:rsidR="00DD3C25" w:rsidRPr="002715BE" w:rsidRDefault="00DD3C25">
      <w:pPr>
        <w:rPr>
          <w:rFonts w:ascii="Times New Roman" w:hAnsi="Times New Roman" w:cs="Times New Roman"/>
          <w:sz w:val="22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53"/>
        <w:gridCol w:w="3776"/>
        <w:gridCol w:w="3969"/>
        <w:gridCol w:w="1060"/>
      </w:tblGrid>
      <w:tr w:rsidR="00E7011C" w:rsidRPr="002715BE" w14:paraId="6A4F3F04" w14:textId="77777777" w:rsidTr="00415C2C">
        <w:trPr>
          <w:jc w:val="center"/>
        </w:trPr>
        <w:tc>
          <w:tcPr>
            <w:tcW w:w="553" w:type="dxa"/>
            <w:shd w:val="clear" w:color="auto" w:fill="A6A6A6" w:themeFill="background1" w:themeFillShade="A6"/>
          </w:tcPr>
          <w:p w14:paraId="1FBDB220" w14:textId="38908710" w:rsidR="00E7011C" w:rsidRPr="002715BE" w:rsidRDefault="00DD3C25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b/>
                <w:sz w:val="22"/>
              </w:rPr>
              <w:lastRenderedPageBreak/>
              <w:t>LP.</w:t>
            </w:r>
          </w:p>
        </w:tc>
        <w:tc>
          <w:tcPr>
            <w:tcW w:w="3776" w:type="dxa"/>
            <w:shd w:val="clear" w:color="auto" w:fill="A6A6A6" w:themeFill="background1" w:themeFillShade="A6"/>
          </w:tcPr>
          <w:p w14:paraId="4B674619" w14:textId="07BECAE6" w:rsidR="00E7011C" w:rsidRPr="002715BE" w:rsidRDefault="00DD3C25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b/>
                <w:sz w:val="22"/>
              </w:rPr>
              <w:t>PROJEKT / PRZEDSIĘWZIĘCIE</w:t>
            </w:r>
          </w:p>
        </w:tc>
        <w:tc>
          <w:tcPr>
            <w:tcW w:w="3969" w:type="dxa"/>
            <w:shd w:val="clear" w:color="auto" w:fill="A6A6A6" w:themeFill="background1" w:themeFillShade="A6"/>
          </w:tcPr>
          <w:p w14:paraId="53F90A11" w14:textId="20000EE9" w:rsidR="00E7011C" w:rsidRPr="002715BE" w:rsidRDefault="00DD3C25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b/>
                <w:sz w:val="22"/>
              </w:rPr>
              <w:t>FORMA I TEMATYKA WSPARCIA</w:t>
            </w:r>
          </w:p>
        </w:tc>
        <w:tc>
          <w:tcPr>
            <w:tcW w:w="408" w:type="dxa"/>
            <w:shd w:val="clear" w:color="auto" w:fill="A6A6A6" w:themeFill="background1" w:themeFillShade="A6"/>
          </w:tcPr>
          <w:p w14:paraId="7C189793" w14:textId="2B664196" w:rsidR="00E7011C" w:rsidRPr="002715BE" w:rsidRDefault="00DD3C25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b/>
                <w:sz w:val="22"/>
              </w:rPr>
              <w:t>LICZBA OSÓB</w:t>
            </w:r>
          </w:p>
        </w:tc>
      </w:tr>
      <w:tr w:rsidR="00E7011C" w:rsidRPr="002715BE" w14:paraId="420BF047" w14:textId="77777777" w:rsidTr="00415C2C">
        <w:trPr>
          <w:jc w:val="center"/>
        </w:trPr>
        <w:tc>
          <w:tcPr>
            <w:tcW w:w="553" w:type="dxa"/>
          </w:tcPr>
          <w:p w14:paraId="7D31674C" w14:textId="77777777" w:rsidR="00E7011C" w:rsidRPr="002715BE" w:rsidRDefault="00E7011C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3776" w:type="dxa"/>
          </w:tcPr>
          <w:p w14:paraId="6B54CF8F" w14:textId="77777777" w:rsidR="00E7011C" w:rsidRPr="002715BE" w:rsidRDefault="00E7011C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3969" w:type="dxa"/>
          </w:tcPr>
          <w:p w14:paraId="2FAB9204" w14:textId="77777777" w:rsidR="00E7011C" w:rsidRPr="002715BE" w:rsidRDefault="00E7011C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408" w:type="dxa"/>
          </w:tcPr>
          <w:p w14:paraId="751C3173" w14:textId="77777777" w:rsidR="00E7011C" w:rsidRPr="002715BE" w:rsidRDefault="00E7011C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</w:tr>
      <w:tr w:rsidR="00E7011C" w:rsidRPr="002715BE" w14:paraId="28B8EEE8" w14:textId="77777777" w:rsidTr="00415C2C">
        <w:trPr>
          <w:jc w:val="center"/>
        </w:trPr>
        <w:tc>
          <w:tcPr>
            <w:tcW w:w="553" w:type="dxa"/>
          </w:tcPr>
          <w:p w14:paraId="5F0DB63F" w14:textId="77777777" w:rsidR="00E7011C" w:rsidRPr="002715BE" w:rsidRDefault="00E7011C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3776" w:type="dxa"/>
          </w:tcPr>
          <w:p w14:paraId="2C1582A7" w14:textId="77777777" w:rsidR="00E7011C" w:rsidRPr="002715BE" w:rsidRDefault="00E7011C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3969" w:type="dxa"/>
          </w:tcPr>
          <w:p w14:paraId="50420C7F" w14:textId="77777777" w:rsidR="00E7011C" w:rsidRPr="002715BE" w:rsidRDefault="00E7011C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408" w:type="dxa"/>
          </w:tcPr>
          <w:p w14:paraId="6ADBFD63" w14:textId="77777777" w:rsidR="00E7011C" w:rsidRPr="002715BE" w:rsidRDefault="00E7011C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</w:tr>
      <w:tr w:rsidR="00E7011C" w:rsidRPr="002715BE" w14:paraId="0EF2B4BD" w14:textId="77777777" w:rsidTr="00415C2C">
        <w:trPr>
          <w:jc w:val="center"/>
        </w:trPr>
        <w:tc>
          <w:tcPr>
            <w:tcW w:w="553" w:type="dxa"/>
          </w:tcPr>
          <w:p w14:paraId="59B1F7B9" w14:textId="77777777" w:rsidR="00E7011C" w:rsidRPr="002715BE" w:rsidRDefault="00E7011C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3776" w:type="dxa"/>
          </w:tcPr>
          <w:p w14:paraId="1B794BF3" w14:textId="77777777" w:rsidR="00E7011C" w:rsidRPr="002715BE" w:rsidRDefault="00E7011C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3969" w:type="dxa"/>
          </w:tcPr>
          <w:p w14:paraId="176377A8" w14:textId="77777777" w:rsidR="00E7011C" w:rsidRPr="002715BE" w:rsidRDefault="00E7011C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408" w:type="dxa"/>
          </w:tcPr>
          <w:p w14:paraId="2C105C29" w14:textId="77777777" w:rsidR="00E7011C" w:rsidRPr="002715BE" w:rsidRDefault="00E7011C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</w:tr>
      <w:tr w:rsidR="00E7011C" w:rsidRPr="002715BE" w14:paraId="06631AEE" w14:textId="77777777" w:rsidTr="00415C2C">
        <w:trPr>
          <w:jc w:val="center"/>
        </w:trPr>
        <w:tc>
          <w:tcPr>
            <w:tcW w:w="553" w:type="dxa"/>
          </w:tcPr>
          <w:p w14:paraId="100C6319" w14:textId="77777777" w:rsidR="00E7011C" w:rsidRPr="002715BE" w:rsidRDefault="00E7011C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3776" w:type="dxa"/>
          </w:tcPr>
          <w:p w14:paraId="46425E8B" w14:textId="77777777" w:rsidR="00E7011C" w:rsidRPr="002715BE" w:rsidRDefault="00E7011C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3969" w:type="dxa"/>
          </w:tcPr>
          <w:p w14:paraId="7B31D7A1" w14:textId="77777777" w:rsidR="00E7011C" w:rsidRPr="002715BE" w:rsidRDefault="00E7011C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408" w:type="dxa"/>
          </w:tcPr>
          <w:p w14:paraId="67FBF5BC" w14:textId="77777777" w:rsidR="00E7011C" w:rsidRPr="002715BE" w:rsidRDefault="00E7011C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</w:tr>
      <w:tr w:rsidR="00E7011C" w:rsidRPr="002715BE" w14:paraId="08C418B2" w14:textId="77777777" w:rsidTr="00415C2C">
        <w:trPr>
          <w:jc w:val="center"/>
        </w:trPr>
        <w:tc>
          <w:tcPr>
            <w:tcW w:w="553" w:type="dxa"/>
          </w:tcPr>
          <w:p w14:paraId="230CD0EA" w14:textId="77777777" w:rsidR="00E7011C" w:rsidRPr="002715BE" w:rsidRDefault="00E7011C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3776" w:type="dxa"/>
          </w:tcPr>
          <w:p w14:paraId="3DB75A2E" w14:textId="77777777" w:rsidR="00E7011C" w:rsidRPr="002715BE" w:rsidRDefault="00E7011C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3969" w:type="dxa"/>
          </w:tcPr>
          <w:p w14:paraId="3E0B60E4" w14:textId="77777777" w:rsidR="00E7011C" w:rsidRPr="002715BE" w:rsidRDefault="00E7011C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408" w:type="dxa"/>
          </w:tcPr>
          <w:p w14:paraId="319E916F" w14:textId="77777777" w:rsidR="00E7011C" w:rsidRPr="002715BE" w:rsidRDefault="00E7011C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</w:tr>
    </w:tbl>
    <w:p w14:paraId="1F8FB983" w14:textId="77777777" w:rsidR="00E7011C" w:rsidRPr="002715BE" w:rsidRDefault="00E7011C">
      <w:pPr>
        <w:rPr>
          <w:rFonts w:ascii="Times New Roman" w:hAnsi="Times New Roman" w:cs="Times New Roman"/>
          <w:b/>
          <w:sz w:val="22"/>
        </w:rPr>
      </w:pPr>
    </w:p>
    <w:p w14:paraId="65F41417" w14:textId="770F4324" w:rsidR="00912243" w:rsidRPr="002715BE" w:rsidRDefault="002F64D4">
      <w:pPr>
        <w:rPr>
          <w:rFonts w:ascii="Times New Roman" w:hAnsi="Times New Roman" w:cs="Times New Roman"/>
          <w:sz w:val="22"/>
        </w:rPr>
      </w:pPr>
      <w:proofErr w:type="spellStart"/>
      <w:r w:rsidRPr="002715BE">
        <w:rPr>
          <w:rFonts w:ascii="Times New Roman" w:hAnsi="Times New Roman" w:cs="Times New Roman"/>
          <w:b/>
          <w:sz w:val="22"/>
        </w:rPr>
        <w:t>Łączna</w:t>
      </w:r>
      <w:proofErr w:type="spellEnd"/>
      <w:r w:rsidRPr="002715BE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2715BE">
        <w:rPr>
          <w:rFonts w:ascii="Times New Roman" w:hAnsi="Times New Roman" w:cs="Times New Roman"/>
          <w:b/>
          <w:sz w:val="22"/>
        </w:rPr>
        <w:t>liczba</w:t>
      </w:r>
      <w:proofErr w:type="spellEnd"/>
      <w:r w:rsidRPr="002715BE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2715BE">
        <w:rPr>
          <w:rFonts w:ascii="Times New Roman" w:hAnsi="Times New Roman" w:cs="Times New Roman"/>
          <w:b/>
          <w:sz w:val="22"/>
        </w:rPr>
        <w:t>osób</w:t>
      </w:r>
      <w:proofErr w:type="spellEnd"/>
      <w:r w:rsidRPr="002715BE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2715BE">
        <w:rPr>
          <w:rFonts w:ascii="Times New Roman" w:hAnsi="Times New Roman" w:cs="Times New Roman"/>
          <w:b/>
          <w:sz w:val="22"/>
        </w:rPr>
        <w:t>objętych</w:t>
      </w:r>
      <w:proofErr w:type="spellEnd"/>
      <w:r w:rsidRPr="002715BE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2715BE">
        <w:rPr>
          <w:rFonts w:ascii="Times New Roman" w:hAnsi="Times New Roman" w:cs="Times New Roman"/>
          <w:b/>
          <w:sz w:val="22"/>
        </w:rPr>
        <w:t>wskazanymi</w:t>
      </w:r>
      <w:proofErr w:type="spellEnd"/>
      <w:r w:rsidRPr="002715BE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2715BE">
        <w:rPr>
          <w:rFonts w:ascii="Times New Roman" w:hAnsi="Times New Roman" w:cs="Times New Roman"/>
          <w:b/>
          <w:sz w:val="22"/>
        </w:rPr>
        <w:t>działaniami</w:t>
      </w:r>
      <w:proofErr w:type="spellEnd"/>
      <w:r w:rsidRPr="002715BE">
        <w:rPr>
          <w:rFonts w:ascii="Times New Roman" w:hAnsi="Times New Roman" w:cs="Times New Roman"/>
          <w:b/>
          <w:sz w:val="22"/>
        </w:rPr>
        <w:t>: ..................................</w:t>
      </w:r>
    </w:p>
    <w:p w14:paraId="5FB3B5BB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Oświadczam/y, że wykazane liczby odnoszą się do działań realizowanych przez oferenta lub pozostających w zakresie jego odpowiedzialności, a te same osoby nie zostały policzone wielokrotnie w ramach tego samego działania.</w:t>
      </w:r>
    </w:p>
    <w:p w14:paraId="2D40FB31" w14:textId="77777777" w:rsidR="00E7011C" w:rsidRPr="002715BE" w:rsidRDefault="00E7011C">
      <w:pPr>
        <w:rPr>
          <w:rFonts w:ascii="Times New Roman" w:hAnsi="Times New Roman" w:cs="Times New Roman"/>
          <w:b/>
          <w:sz w:val="22"/>
        </w:rPr>
      </w:pPr>
    </w:p>
    <w:p w14:paraId="0C4FBF0C" w14:textId="67CC8CC3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b/>
          <w:sz w:val="22"/>
        </w:rPr>
        <w:t>VI. POTENCJAŁ KADROWY – KRYTERIUM IX.3 (MAKS. 10 PKT)</w:t>
      </w:r>
    </w:p>
    <w:p w14:paraId="6A60E95A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Wskazać co najmniej jedną osobę przewidzianą do przygotowania lub realizacji projektu, posiadającą minimum roczne doświadczenie w przygotowaniu, zarządzaniu, koordynacji lub realizacji projektów współfinansowanych ze środków UE, obejmujących działania edukacyjne, szkoleniowe lub rozwój kompetencji. Tabelę można powielać.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481"/>
        <w:gridCol w:w="2292"/>
        <w:gridCol w:w="2136"/>
        <w:gridCol w:w="2905"/>
      </w:tblGrid>
      <w:tr w:rsidR="00090D34" w:rsidRPr="002715BE" w14:paraId="7CD25C94" w14:textId="77777777" w:rsidTr="00D708E7">
        <w:trPr>
          <w:jc w:val="center"/>
        </w:trPr>
        <w:tc>
          <w:tcPr>
            <w:tcW w:w="2481" w:type="dxa"/>
            <w:shd w:val="clear" w:color="auto" w:fill="A6A6A6" w:themeFill="background1" w:themeFillShade="A6"/>
          </w:tcPr>
          <w:p w14:paraId="22E5122A" w14:textId="454B5FF3" w:rsidR="00090D34" w:rsidRPr="002715BE" w:rsidRDefault="00DD3C25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b/>
                <w:sz w:val="22"/>
              </w:rPr>
              <w:t>IMIĘ I NAZWISKO</w:t>
            </w:r>
          </w:p>
        </w:tc>
        <w:tc>
          <w:tcPr>
            <w:tcW w:w="2292" w:type="dxa"/>
            <w:shd w:val="clear" w:color="auto" w:fill="A6A6A6" w:themeFill="background1" w:themeFillShade="A6"/>
          </w:tcPr>
          <w:p w14:paraId="48F6A162" w14:textId="384EB35E" w:rsidR="00090D34" w:rsidRPr="002715BE" w:rsidRDefault="00DD3C25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b/>
                <w:sz w:val="22"/>
              </w:rPr>
              <w:t>KWALIFIKACJE</w:t>
            </w:r>
          </w:p>
        </w:tc>
        <w:tc>
          <w:tcPr>
            <w:tcW w:w="2136" w:type="dxa"/>
            <w:shd w:val="clear" w:color="auto" w:fill="A6A6A6" w:themeFill="background1" w:themeFillShade="A6"/>
          </w:tcPr>
          <w:p w14:paraId="389A1B6C" w14:textId="4F02A99E" w:rsidR="00090D34" w:rsidRPr="002715BE" w:rsidRDefault="00DD3C25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b/>
                <w:sz w:val="22"/>
              </w:rPr>
              <w:t>DOŚWIADCZENIE</w:t>
            </w:r>
          </w:p>
        </w:tc>
        <w:tc>
          <w:tcPr>
            <w:tcW w:w="2905" w:type="dxa"/>
            <w:shd w:val="clear" w:color="auto" w:fill="A6A6A6" w:themeFill="background1" w:themeFillShade="A6"/>
          </w:tcPr>
          <w:p w14:paraId="0B1ACA84" w14:textId="7C06DD65" w:rsidR="00090D34" w:rsidRPr="002715BE" w:rsidRDefault="00DD3C25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b/>
                <w:sz w:val="22"/>
              </w:rPr>
              <w:t>PLANOWANE ZADANIA W PROJEKCIE</w:t>
            </w:r>
          </w:p>
        </w:tc>
      </w:tr>
      <w:tr w:rsidR="00090D34" w:rsidRPr="002715BE" w14:paraId="48CA0E56" w14:textId="77777777" w:rsidTr="00D708E7">
        <w:trPr>
          <w:jc w:val="center"/>
        </w:trPr>
        <w:tc>
          <w:tcPr>
            <w:tcW w:w="2481" w:type="dxa"/>
          </w:tcPr>
          <w:p w14:paraId="2D369746" w14:textId="77777777" w:rsidR="00090D34" w:rsidRPr="002715BE" w:rsidRDefault="00090D3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2292" w:type="dxa"/>
          </w:tcPr>
          <w:p w14:paraId="22561580" w14:textId="77777777" w:rsidR="00090D34" w:rsidRPr="002715BE" w:rsidRDefault="00090D3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2136" w:type="dxa"/>
          </w:tcPr>
          <w:p w14:paraId="5B838466" w14:textId="77777777" w:rsidR="00090D34" w:rsidRPr="002715BE" w:rsidRDefault="00090D3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2905" w:type="dxa"/>
          </w:tcPr>
          <w:p w14:paraId="5F7B2009" w14:textId="77777777" w:rsidR="00090D34" w:rsidRPr="002715BE" w:rsidRDefault="00090D3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</w:tr>
      <w:tr w:rsidR="00090D34" w:rsidRPr="002715BE" w14:paraId="22A7E5C8" w14:textId="77777777" w:rsidTr="00D708E7">
        <w:trPr>
          <w:jc w:val="center"/>
        </w:trPr>
        <w:tc>
          <w:tcPr>
            <w:tcW w:w="2481" w:type="dxa"/>
          </w:tcPr>
          <w:p w14:paraId="0A94CED0" w14:textId="77777777" w:rsidR="00090D34" w:rsidRPr="002715BE" w:rsidRDefault="00090D3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2292" w:type="dxa"/>
          </w:tcPr>
          <w:p w14:paraId="09CEC5AD" w14:textId="77777777" w:rsidR="00090D34" w:rsidRPr="002715BE" w:rsidRDefault="00090D3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2136" w:type="dxa"/>
          </w:tcPr>
          <w:p w14:paraId="5C823598" w14:textId="77777777" w:rsidR="00090D34" w:rsidRPr="002715BE" w:rsidRDefault="00090D3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2905" w:type="dxa"/>
          </w:tcPr>
          <w:p w14:paraId="0A4EE775" w14:textId="77777777" w:rsidR="00090D34" w:rsidRPr="002715BE" w:rsidRDefault="00090D34">
            <w:pPr>
              <w:rPr>
                <w:rFonts w:ascii="Times New Roman" w:hAnsi="Times New Roman" w:cs="Times New Roman"/>
                <w:sz w:val="22"/>
              </w:rPr>
            </w:pPr>
            <w:r w:rsidRPr="002715BE">
              <w:rPr>
                <w:rFonts w:ascii="Times New Roman" w:hAnsi="Times New Roman" w:cs="Times New Roman"/>
                <w:sz w:val="22"/>
              </w:rPr>
              <w:br/>
            </w:r>
          </w:p>
        </w:tc>
      </w:tr>
    </w:tbl>
    <w:p w14:paraId="08012522" w14:textId="77777777" w:rsidR="00090D34" w:rsidRPr="002715BE" w:rsidRDefault="00090D34">
      <w:pPr>
        <w:rPr>
          <w:rFonts w:ascii="Times New Roman" w:hAnsi="Times New Roman" w:cs="Times New Roman"/>
          <w:b/>
          <w:sz w:val="22"/>
        </w:rPr>
      </w:pPr>
    </w:p>
    <w:p w14:paraId="1E26EC7F" w14:textId="7BE1297A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b/>
          <w:sz w:val="22"/>
        </w:rPr>
        <w:t>VII. INNE INFORMACJE I ZAŁĄCZNIKI</w:t>
      </w:r>
    </w:p>
    <w:p w14:paraId="564B7883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Inne informacje istotne dla oceny oferty (jeżeli dotyczy): .....................................................................................................</w:t>
      </w:r>
    </w:p>
    <w:p w14:paraId="538BC533" w14:textId="77777777" w:rsidR="00090D34" w:rsidRPr="002715BE" w:rsidRDefault="00090D34">
      <w:pPr>
        <w:rPr>
          <w:rFonts w:ascii="Times New Roman" w:hAnsi="Times New Roman" w:cs="Times New Roman"/>
          <w:b/>
          <w:sz w:val="22"/>
        </w:rPr>
      </w:pPr>
    </w:p>
    <w:p w14:paraId="285B1228" w14:textId="2EFA4DEA" w:rsidR="00912243" w:rsidRPr="002715BE" w:rsidRDefault="002F64D4">
      <w:pPr>
        <w:rPr>
          <w:rFonts w:ascii="Times New Roman" w:hAnsi="Times New Roman" w:cs="Times New Roman"/>
          <w:sz w:val="22"/>
        </w:rPr>
      </w:pPr>
      <w:proofErr w:type="spellStart"/>
      <w:r w:rsidRPr="002715BE">
        <w:rPr>
          <w:rFonts w:ascii="Times New Roman" w:hAnsi="Times New Roman" w:cs="Times New Roman"/>
          <w:b/>
          <w:sz w:val="22"/>
        </w:rPr>
        <w:t>Wykaz</w:t>
      </w:r>
      <w:proofErr w:type="spellEnd"/>
      <w:r w:rsidRPr="002715BE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2715BE">
        <w:rPr>
          <w:rFonts w:ascii="Times New Roman" w:hAnsi="Times New Roman" w:cs="Times New Roman"/>
          <w:b/>
          <w:sz w:val="22"/>
        </w:rPr>
        <w:t>załączonych</w:t>
      </w:r>
      <w:proofErr w:type="spellEnd"/>
      <w:r w:rsidRPr="002715BE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2715BE">
        <w:rPr>
          <w:rFonts w:ascii="Times New Roman" w:hAnsi="Times New Roman" w:cs="Times New Roman"/>
          <w:b/>
          <w:sz w:val="22"/>
        </w:rPr>
        <w:t>dokumentów</w:t>
      </w:r>
      <w:proofErr w:type="spellEnd"/>
      <w:r w:rsidRPr="002715BE">
        <w:rPr>
          <w:rFonts w:ascii="Times New Roman" w:hAnsi="Times New Roman" w:cs="Times New Roman"/>
          <w:b/>
          <w:sz w:val="22"/>
        </w:rPr>
        <w:t>:</w:t>
      </w:r>
    </w:p>
    <w:p w14:paraId="48D456D5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Segoe UI Symbol" w:hAnsi="Segoe UI Symbol" w:cs="Segoe UI Symbol"/>
          <w:sz w:val="22"/>
        </w:rPr>
        <w:t>☐</w:t>
      </w:r>
      <w:r w:rsidRPr="002715BE">
        <w:rPr>
          <w:rFonts w:ascii="Times New Roman" w:hAnsi="Times New Roman" w:cs="Times New Roman"/>
          <w:sz w:val="22"/>
        </w:rPr>
        <w:t xml:space="preserve"> dokument potwierdzający status prawny i sposób reprezentacji podmiotu (jeżeli wymagany);</w:t>
      </w:r>
    </w:p>
    <w:p w14:paraId="1513FC1A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Segoe UI Symbol" w:hAnsi="Segoe UI Symbol" w:cs="Segoe UI Symbol"/>
          <w:sz w:val="22"/>
        </w:rPr>
        <w:t>☐</w:t>
      </w:r>
      <w:r w:rsidRPr="002715BE">
        <w:rPr>
          <w:rFonts w:ascii="Times New Roman" w:hAnsi="Times New Roman" w:cs="Times New Roman"/>
          <w:sz w:val="22"/>
        </w:rPr>
        <w:t xml:space="preserve"> oświadczenie o braku podstaw wykluczenia – załącznik nr 2;</w:t>
      </w:r>
    </w:p>
    <w:p w14:paraId="3ABB394D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Segoe UI Symbol" w:hAnsi="Segoe UI Symbol" w:cs="Segoe UI Symbol"/>
          <w:sz w:val="22"/>
        </w:rPr>
        <w:t>☐</w:t>
      </w:r>
      <w:r w:rsidRPr="002715BE">
        <w:rPr>
          <w:rFonts w:ascii="Times New Roman" w:hAnsi="Times New Roman" w:cs="Times New Roman"/>
          <w:sz w:val="22"/>
        </w:rPr>
        <w:t xml:space="preserve"> oświadczenie o niezaleganiu z podatkami i składkami – załącznik nr 3;</w:t>
      </w:r>
    </w:p>
    <w:p w14:paraId="6FEB486E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Segoe UI Symbol" w:hAnsi="Segoe UI Symbol" w:cs="Segoe UI Symbol"/>
          <w:sz w:val="22"/>
        </w:rPr>
        <w:t>☐</w:t>
      </w:r>
      <w:r w:rsidRPr="002715B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15BE">
        <w:rPr>
          <w:rFonts w:ascii="Times New Roman" w:hAnsi="Times New Roman" w:cs="Times New Roman"/>
          <w:sz w:val="22"/>
        </w:rPr>
        <w:t>inne</w:t>
      </w:r>
      <w:proofErr w:type="spellEnd"/>
      <w:r w:rsidRPr="002715BE">
        <w:rPr>
          <w:rFonts w:ascii="Times New Roman" w:hAnsi="Times New Roman" w:cs="Times New Roman"/>
          <w:sz w:val="22"/>
        </w:rPr>
        <w:t>: ....................................................................................................................................................</w:t>
      </w:r>
    </w:p>
    <w:p w14:paraId="434979F9" w14:textId="77777777" w:rsidR="00090D34" w:rsidRPr="002715BE" w:rsidRDefault="00090D34">
      <w:pPr>
        <w:rPr>
          <w:rFonts w:ascii="Times New Roman" w:hAnsi="Times New Roman" w:cs="Times New Roman"/>
          <w:sz w:val="22"/>
        </w:rPr>
      </w:pPr>
    </w:p>
    <w:p w14:paraId="30468B5D" w14:textId="34192266" w:rsidR="00912243" w:rsidRPr="002715BE" w:rsidRDefault="002F64D4">
      <w:pPr>
        <w:rPr>
          <w:rFonts w:ascii="Times New Roman" w:hAnsi="Times New Roman" w:cs="Times New Roman"/>
          <w:sz w:val="22"/>
        </w:rPr>
      </w:pPr>
      <w:proofErr w:type="spellStart"/>
      <w:r w:rsidRPr="002715BE">
        <w:rPr>
          <w:rFonts w:ascii="Times New Roman" w:hAnsi="Times New Roman" w:cs="Times New Roman"/>
          <w:sz w:val="22"/>
        </w:rPr>
        <w:lastRenderedPageBreak/>
        <w:t>Oświadczam</w:t>
      </w:r>
      <w:proofErr w:type="spellEnd"/>
      <w:r w:rsidRPr="002715BE">
        <w:rPr>
          <w:rFonts w:ascii="Times New Roman" w:hAnsi="Times New Roman" w:cs="Times New Roman"/>
          <w:sz w:val="22"/>
        </w:rPr>
        <w:t xml:space="preserve">/y </w:t>
      </w:r>
      <w:proofErr w:type="spellStart"/>
      <w:r w:rsidRPr="002715BE">
        <w:rPr>
          <w:rFonts w:ascii="Times New Roman" w:hAnsi="Times New Roman" w:cs="Times New Roman"/>
          <w:sz w:val="22"/>
        </w:rPr>
        <w:t>gotowość</w:t>
      </w:r>
      <w:proofErr w:type="spellEnd"/>
      <w:r w:rsidRPr="002715BE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2715BE">
        <w:rPr>
          <w:rFonts w:ascii="Times New Roman" w:hAnsi="Times New Roman" w:cs="Times New Roman"/>
          <w:sz w:val="22"/>
        </w:rPr>
        <w:t>współpracy</w:t>
      </w:r>
      <w:proofErr w:type="spellEnd"/>
      <w:r w:rsidRPr="002715B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15BE">
        <w:rPr>
          <w:rFonts w:ascii="Times New Roman" w:hAnsi="Times New Roman" w:cs="Times New Roman"/>
          <w:sz w:val="22"/>
        </w:rPr>
        <w:t>przy</w:t>
      </w:r>
      <w:proofErr w:type="spellEnd"/>
      <w:r w:rsidRPr="002715B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15BE">
        <w:rPr>
          <w:rFonts w:ascii="Times New Roman" w:hAnsi="Times New Roman" w:cs="Times New Roman"/>
          <w:sz w:val="22"/>
        </w:rPr>
        <w:t>przygotowaniu</w:t>
      </w:r>
      <w:proofErr w:type="spellEnd"/>
      <w:r w:rsidRPr="002715B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15BE">
        <w:rPr>
          <w:rFonts w:ascii="Times New Roman" w:hAnsi="Times New Roman" w:cs="Times New Roman"/>
          <w:sz w:val="22"/>
        </w:rPr>
        <w:t>dokumentacji</w:t>
      </w:r>
      <w:proofErr w:type="spellEnd"/>
      <w:r w:rsidRPr="002715BE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2715BE">
        <w:rPr>
          <w:rFonts w:ascii="Times New Roman" w:hAnsi="Times New Roman" w:cs="Times New Roman"/>
          <w:sz w:val="22"/>
        </w:rPr>
        <w:t>niezbędnej</w:t>
      </w:r>
      <w:proofErr w:type="spellEnd"/>
      <w:r w:rsidRPr="002715BE">
        <w:rPr>
          <w:rFonts w:ascii="Times New Roman" w:hAnsi="Times New Roman" w:cs="Times New Roman"/>
          <w:sz w:val="22"/>
        </w:rPr>
        <w:t xml:space="preserve"> do złożenia wniosku oraz – w przypadku uzyskania dofinansowania – do zawarcia i realizacji umowy partnerskiej.</w:t>
      </w:r>
    </w:p>
    <w:p w14:paraId="46DD8BF0" w14:textId="77777777" w:rsidR="00090D34" w:rsidRPr="002715BE" w:rsidRDefault="00090D34">
      <w:pPr>
        <w:rPr>
          <w:rFonts w:ascii="Times New Roman" w:hAnsi="Times New Roman" w:cs="Times New Roman"/>
          <w:sz w:val="22"/>
        </w:rPr>
      </w:pPr>
    </w:p>
    <w:p w14:paraId="25385902" w14:textId="77777777" w:rsidR="00090D34" w:rsidRPr="002715BE" w:rsidRDefault="00090D34">
      <w:pPr>
        <w:rPr>
          <w:rFonts w:ascii="Times New Roman" w:hAnsi="Times New Roman" w:cs="Times New Roman"/>
          <w:sz w:val="22"/>
        </w:rPr>
      </w:pPr>
    </w:p>
    <w:p w14:paraId="1D5D3BBD" w14:textId="3C4E5C51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br/>
        <w:t>.....................................................                         ............................................................</w:t>
      </w:r>
      <w:r w:rsidRPr="002715BE">
        <w:rPr>
          <w:rFonts w:ascii="Times New Roman" w:hAnsi="Times New Roman" w:cs="Times New Roman"/>
          <w:sz w:val="22"/>
        </w:rPr>
        <w:br/>
        <w:t>Miejscowość, data                                             Podpis osoby/osób uprawnionych do reprezentacji</w:t>
      </w:r>
    </w:p>
    <w:p w14:paraId="1CC98A0B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br w:type="page"/>
      </w:r>
    </w:p>
    <w:p w14:paraId="7AC18D4D" w14:textId="77777777" w:rsidR="00912243" w:rsidRPr="002715BE" w:rsidRDefault="002F64D4">
      <w:pPr>
        <w:jc w:val="right"/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b/>
          <w:sz w:val="22"/>
        </w:rPr>
        <w:lastRenderedPageBreak/>
        <w:t>Załącznik nr 2</w:t>
      </w:r>
    </w:p>
    <w:p w14:paraId="6E56C3D9" w14:textId="77777777" w:rsidR="00912243" w:rsidRPr="002715BE" w:rsidRDefault="002F64D4">
      <w:pPr>
        <w:jc w:val="center"/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b/>
          <w:sz w:val="22"/>
        </w:rPr>
        <w:t>OŚWIADCZENIE O BRAKU PODSTAW WYKLUCZENIA</w:t>
      </w:r>
    </w:p>
    <w:p w14:paraId="11A445DC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Dotyczy naboru partnera w ramach programu Fundusze Europejskie dla Podkarpacia 2021–2027, Działanie FEPK.14.02 „Cyberbezpieczeństwo w szkołach podstawowych i ponadpodstawowych”, nabór nr FEPK.14.02-IP.01-001/26.</w:t>
      </w:r>
    </w:p>
    <w:p w14:paraId="6618BD4B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Nazwa podmiotu: .....................................................................................................................................</w:t>
      </w:r>
    </w:p>
    <w:p w14:paraId="5E22E52C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Adres siedziby: ........................................................................................................................................</w:t>
      </w:r>
    </w:p>
    <w:p w14:paraId="7BBEBDA5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NIP / KRS (jeżeli dotyczy): ........................................................................................................................</w:t>
      </w:r>
    </w:p>
    <w:p w14:paraId="5F7E5C06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Ja/My, niżej podpisany/a/i, działając w imieniu wskazanego wyżej podmiotu, oświadczam/y, że podmiot ten:</w:t>
      </w:r>
    </w:p>
    <w:p w14:paraId="0D9D4067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1. nie podlega wykluczeniu z ubiegania się o dofinansowanie na podstawie art. 207 ust. 4 ustawy z dnia 27 sierpnia 2009 r. o finansach publicznych;</w:t>
      </w:r>
    </w:p>
    <w:p w14:paraId="64BC6A4F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2. nie należy do kategorii podmiotów wyłączonych wskazanych w Regulaminie wyboru projektów dla naboru nr FEPK.14.02-IP.01-001/26, w szczególności do podmiotów, wobec których zastosowanie mają przesłanki wykluczenia wymienione w ogłoszeniu o naborze partnera;</w:t>
      </w:r>
    </w:p>
    <w:p w14:paraId="2B475010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3. nie podlega zakazom ani ograniczeniom, które zgodnie z dokumentacją naboru uniemożliwiałyby udział w projekcie w charakterze partnera;</w:t>
      </w:r>
    </w:p>
    <w:p w14:paraId="69D736D9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4. zobowiązuje się niezwłocznie poinformować Ogłaszającego o każdej zmianie okoliczności mającej wpływ na prawdziwość niniejszego oświadczenia.</w:t>
      </w:r>
    </w:p>
    <w:p w14:paraId="00601627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Jestem/My jesteśmy świadomy/a/i odpowiedzialności za złożenie nieprawdziwego oświadczenia.</w:t>
      </w:r>
    </w:p>
    <w:p w14:paraId="18E2A4FE" w14:textId="77777777" w:rsidR="00090D34" w:rsidRPr="002715BE" w:rsidRDefault="00090D34">
      <w:pPr>
        <w:rPr>
          <w:rFonts w:ascii="Times New Roman" w:hAnsi="Times New Roman" w:cs="Times New Roman"/>
          <w:sz w:val="22"/>
        </w:rPr>
      </w:pPr>
    </w:p>
    <w:p w14:paraId="013E7831" w14:textId="7DBB636F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br/>
        <w:t>.....................................................                         ............................................................</w:t>
      </w:r>
      <w:r w:rsidRPr="002715BE">
        <w:rPr>
          <w:rFonts w:ascii="Times New Roman" w:hAnsi="Times New Roman" w:cs="Times New Roman"/>
          <w:sz w:val="22"/>
        </w:rPr>
        <w:br/>
        <w:t>Miejscowość, data                                             Podpis osoby/osób uprawnionych do reprezentacji</w:t>
      </w:r>
    </w:p>
    <w:p w14:paraId="54958EBF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br w:type="page"/>
      </w:r>
    </w:p>
    <w:p w14:paraId="08921E47" w14:textId="77777777" w:rsidR="00912243" w:rsidRPr="002715BE" w:rsidRDefault="002F64D4">
      <w:pPr>
        <w:jc w:val="right"/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b/>
          <w:sz w:val="22"/>
        </w:rPr>
        <w:lastRenderedPageBreak/>
        <w:t>Załącznik nr 3</w:t>
      </w:r>
    </w:p>
    <w:p w14:paraId="68A03D44" w14:textId="77777777" w:rsidR="00912243" w:rsidRPr="002715BE" w:rsidRDefault="002F64D4">
      <w:pPr>
        <w:jc w:val="center"/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b/>
          <w:sz w:val="22"/>
        </w:rPr>
        <w:t>OŚWIADCZENIE O NIEZALEGANIU Z PODATKAMI I SKŁADKAMI</w:t>
      </w:r>
    </w:p>
    <w:p w14:paraId="665B51BC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Dotyczy naboru partnera w ramach programu Fundusze Europejskie dla Podkarpacia 2021–2027, Działanie FEPK.14.02 „Cyberbezpieczeństwo w szkołach podstawowych i ponadpodstawowych”, nabór nr FEPK.14.02-IP.01-001/26.</w:t>
      </w:r>
    </w:p>
    <w:p w14:paraId="585B990C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Nazwa podmiotu: .....................................................................................................................................</w:t>
      </w:r>
    </w:p>
    <w:p w14:paraId="4D0B55F3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Adres siedziby: ........................................................................................................................................</w:t>
      </w:r>
    </w:p>
    <w:p w14:paraId="46ED1708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NIP / KRS (jeżeli dotyczy): ........................................................................................................................</w:t>
      </w:r>
    </w:p>
    <w:p w14:paraId="109959E3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Ja/My, niżej podpisany/a/i, działając w imieniu wskazanego wyżej podmiotu, oświadczam/y, że na dzień złożenia niniejszego oświadczenia podmiot:</w:t>
      </w:r>
    </w:p>
    <w:p w14:paraId="661A13FB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1. nie zalega z opłacaniem należnych podatków i opłat;</w:t>
      </w:r>
    </w:p>
    <w:p w14:paraId="117D7F12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2. nie zalega z opłacaniem składek na ubezpieczenia społeczne ani składek na ubezpieczenie zdrowotne.</w:t>
      </w:r>
    </w:p>
    <w:p w14:paraId="168084D2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Zobowiązuję/my się, na wezwanie Ogłaszającego, przedstawić dokumenty potwierdzające powyższe informacje, jeżeli będzie to niezbędne do weryfikacji oferty.</w:t>
      </w:r>
    </w:p>
    <w:p w14:paraId="5B74375E" w14:textId="77777777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t>Jestem/My jesteśmy świadomy/a/i odpowiedzialności za złożenie nieprawdziwego oświadczenia.</w:t>
      </w:r>
    </w:p>
    <w:p w14:paraId="41E60C24" w14:textId="77777777" w:rsidR="00090D34" w:rsidRPr="002715BE" w:rsidRDefault="00090D34">
      <w:pPr>
        <w:rPr>
          <w:rFonts w:ascii="Times New Roman" w:hAnsi="Times New Roman" w:cs="Times New Roman"/>
          <w:sz w:val="22"/>
        </w:rPr>
      </w:pPr>
    </w:p>
    <w:p w14:paraId="147CEB24" w14:textId="49E06DED" w:rsidR="00912243" w:rsidRPr="002715BE" w:rsidRDefault="002F64D4">
      <w:pPr>
        <w:rPr>
          <w:rFonts w:ascii="Times New Roman" w:hAnsi="Times New Roman" w:cs="Times New Roman"/>
          <w:sz w:val="22"/>
        </w:rPr>
      </w:pPr>
      <w:r w:rsidRPr="002715BE">
        <w:rPr>
          <w:rFonts w:ascii="Times New Roman" w:hAnsi="Times New Roman" w:cs="Times New Roman"/>
          <w:sz w:val="22"/>
        </w:rPr>
        <w:br/>
        <w:t>.....................................................                         ............................................................</w:t>
      </w:r>
      <w:r w:rsidRPr="002715BE">
        <w:rPr>
          <w:rFonts w:ascii="Times New Roman" w:hAnsi="Times New Roman" w:cs="Times New Roman"/>
          <w:sz w:val="22"/>
        </w:rPr>
        <w:br/>
        <w:t>Miejscowość, data                                             Podpis osoby/osób uprawnionych do reprezentacji</w:t>
      </w:r>
    </w:p>
    <w:sectPr w:rsidR="00912243" w:rsidRPr="002715BE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9663199">
    <w:abstractNumId w:val="8"/>
  </w:num>
  <w:num w:numId="2" w16cid:durableId="2036881242">
    <w:abstractNumId w:val="6"/>
  </w:num>
  <w:num w:numId="3" w16cid:durableId="1809131888">
    <w:abstractNumId w:val="5"/>
  </w:num>
  <w:num w:numId="4" w16cid:durableId="161820312">
    <w:abstractNumId w:val="4"/>
  </w:num>
  <w:num w:numId="5" w16cid:durableId="1715108452">
    <w:abstractNumId w:val="7"/>
  </w:num>
  <w:num w:numId="6" w16cid:durableId="1246648373">
    <w:abstractNumId w:val="3"/>
  </w:num>
  <w:num w:numId="7" w16cid:durableId="867644437">
    <w:abstractNumId w:val="2"/>
  </w:num>
  <w:num w:numId="8" w16cid:durableId="448284643">
    <w:abstractNumId w:val="1"/>
  </w:num>
  <w:num w:numId="9" w16cid:durableId="1982540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0D34"/>
    <w:rsid w:val="0015074B"/>
    <w:rsid w:val="00182EF5"/>
    <w:rsid w:val="00251979"/>
    <w:rsid w:val="002715BE"/>
    <w:rsid w:val="0029639D"/>
    <w:rsid w:val="002F64D4"/>
    <w:rsid w:val="00312B1B"/>
    <w:rsid w:val="00326F90"/>
    <w:rsid w:val="00415C2C"/>
    <w:rsid w:val="005D0DFB"/>
    <w:rsid w:val="005E6AF3"/>
    <w:rsid w:val="006D7063"/>
    <w:rsid w:val="00712A45"/>
    <w:rsid w:val="007C59CF"/>
    <w:rsid w:val="008B32DF"/>
    <w:rsid w:val="00912243"/>
    <w:rsid w:val="009644AA"/>
    <w:rsid w:val="009E2A84"/>
    <w:rsid w:val="00A2079D"/>
    <w:rsid w:val="00AA1D8D"/>
    <w:rsid w:val="00B47730"/>
    <w:rsid w:val="00CB0664"/>
    <w:rsid w:val="00D708E7"/>
    <w:rsid w:val="00DD3C25"/>
    <w:rsid w:val="00E0022C"/>
    <w:rsid w:val="00E7011C"/>
    <w:rsid w:val="00F23E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8E0B43"/>
  <w14:defaultImageDpi w14:val="300"/>
  <w15:docId w15:val="{370F3542-73EC-4009-96CB-6A0F823C9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1490</Words>
  <Characters>8940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Jakub Wojtowicz</cp:lastModifiedBy>
  <cp:revision>2</cp:revision>
  <dcterms:created xsi:type="dcterms:W3CDTF">2026-10-20T13:47:00Z</dcterms:created>
  <dcterms:modified xsi:type="dcterms:W3CDTF">2026-10-20T13:47:00Z</dcterms:modified>
  <cp:category/>
</cp:coreProperties>
</file>